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Weekly project update worksheet</w:t>
      </w:r>
    </w:p>
    <w:p>
      <w:r>
        <w:rPr>
          <w:sz w:val="20"/>
        </w:rPr>
        <w:t>Keith Staggers Studio | Write, check, compare</w:t>
      </w:r>
    </w:p>
    <w:p>
      <w:r>
        <w:t>Turn the five notes into an update a teammate can use. Replace the prompts under Your draft with your own wording, then check your work against page 2. Open this file in Word or upload it to Google Docs to edit it.</w:t>
      </w:r>
    </w:p>
    <w:p>
      <w:pPr>
        <w:pStyle w:val="Heading2"/>
      </w:pPr>
      <w:r>
        <w:t>Your source notes</w:t>
      </w:r>
    </w:p>
    <w:p>
      <w:pPr>
        <w:spacing w:after="100"/>
      </w:pPr>
      <w:r>
        <w:rPr>
          <w:b/>
        </w:rPr>
        <w:t xml:space="preserve">S1  </w:t>
      </w:r>
      <w:r>
        <w:t>Landing-page draft done. No client approval yet.</w:t>
      </w:r>
    </w:p>
    <w:p>
      <w:pPr>
        <w:spacing w:after="100"/>
      </w:pPr>
      <w:r>
        <w:rPr>
          <w:b/>
        </w:rPr>
        <w:t xml:space="preserve">S2  </w:t>
      </w:r>
      <w:r>
        <w:t>Ana to send draft to client Tuesday, October 27, 2026.</w:t>
      </w:r>
    </w:p>
    <w:p>
      <w:pPr>
        <w:spacing w:after="100"/>
      </w:pPr>
      <w:r>
        <w:rPr>
          <w:b/>
        </w:rPr>
        <w:t xml:space="preserve">S3  </w:t>
      </w:r>
      <w:r>
        <w:t>Spreadsheet export passed three sample checks. Import into the next system still errors.</w:t>
      </w:r>
    </w:p>
    <w:p>
      <w:pPr>
        <w:spacing w:after="100"/>
      </w:pPr>
      <w:r>
        <w:rPr>
          <w:b/>
        </w:rPr>
        <w:t xml:space="preserve">S4  </w:t>
      </w:r>
      <w:r>
        <w:t>Possible launch Friday, October 30. Proposed, not confirmed.</w:t>
      </w:r>
    </w:p>
    <w:p>
      <w:pPr>
        <w:spacing w:after="100"/>
      </w:pPr>
      <w:r>
        <w:rPr>
          <w:b/>
        </w:rPr>
        <w:t xml:space="preserve">S5  </w:t>
      </w:r>
      <w:r>
        <w:t>Help page needs an owner. Nobody assigned.</w:t>
      </w:r>
    </w:p>
    <w:p>
      <w:pPr>
        <w:pStyle w:val="Heading2"/>
      </w:pPr>
      <w:r>
        <w:t>Your draft</w:t>
      </w:r>
    </w:p>
    <w:p>
      <w:pPr>
        <w:keepLines/>
        <w:spacing w:after="180"/>
      </w:pPr>
      <w:r>
        <w:rPr>
          <w:b/>
        </w:rPr>
        <w:t>Status</w:t>
        <w:br/>
      </w:r>
      <w:r>
        <w:rPr>
          <w:i/>
          <w:color w:val="555555"/>
        </w:rPr>
        <w:t>[Summarize where the project stands.]</w:t>
      </w:r>
    </w:p>
    <w:p>
      <w:pPr>
        <w:keepLines/>
        <w:spacing w:after="180"/>
      </w:pPr>
      <w:r>
        <w:rPr>
          <w:b/>
        </w:rPr>
        <w:t>Completed</w:t>
        <w:br/>
      </w:r>
      <w:r>
        <w:rPr>
          <w:i/>
          <w:color w:val="555555"/>
        </w:rPr>
        <w:t>[List finished work with its source ID.]</w:t>
      </w:r>
    </w:p>
    <w:p>
      <w:pPr>
        <w:keepLines/>
        <w:spacing w:after="180"/>
      </w:pPr>
      <w:r>
        <w:rPr>
          <w:b/>
        </w:rPr>
        <w:t>Still open</w:t>
        <w:br/>
      </w:r>
      <w:r>
        <w:rPr>
          <w:i/>
          <w:color w:val="555555"/>
        </w:rPr>
        <w:t>[List unresolved work with its source ID.]</w:t>
      </w:r>
    </w:p>
    <w:p>
      <w:pPr>
        <w:keepLines/>
        <w:spacing w:after="180"/>
      </w:pPr>
      <w:r>
        <w:rPr>
          <w:b/>
        </w:rPr>
        <w:t>Proposed dates</w:t>
        <w:br/>
      </w:r>
      <w:r>
        <w:rPr>
          <w:i/>
          <w:color w:val="555555"/>
        </w:rPr>
        <w:t>[Keep unconfirmed dates marked as proposed.]</w:t>
      </w:r>
    </w:p>
    <w:p>
      <w:pPr>
        <w:keepLines/>
        <w:spacing w:after="180"/>
      </w:pPr>
      <w:r>
        <w:rPr>
          <w:b/>
        </w:rPr>
        <w:t>Next actions and owners</w:t>
        <w:br/>
      </w:r>
      <w:r>
        <w:rPr>
          <w:i/>
          <w:color w:val="555555"/>
        </w:rPr>
        <w:t>[Name only the owners assigned in the notes.]</w:t>
      </w:r>
    </w:p>
    <w:p>
      <w:pPr>
        <w:keepLines/>
        <w:spacing w:after="180"/>
      </w:pPr>
      <w:r>
        <w:rPr>
          <w:b/>
        </w:rPr>
        <w:t>Questions to resolve</w:t>
        <w:br/>
      </w:r>
      <w:r>
        <w:rPr>
          <w:i/>
          <w:color w:val="555555"/>
        </w:rPr>
        <w:t>[Ask about missing decisions and unassigned work.]</w:t>
      </w:r>
    </w:p>
    <w:p>
      <w:r>
        <w:br w:type="page"/>
      </w:r>
    </w:p>
    <w:p>
      <w:pPr>
        <w:pStyle w:val="Heading1"/>
      </w:pPr>
      <w:r>
        <w:t>Check your update</w:t>
      </w:r>
    </w:p>
    <w:p>
      <w:r>
        <w:t>Compare each important statement with S1–S5. Your wording can differ from the worked answer as long as it keeps the facts and open questions intact.</w:t>
      </w:r>
    </w:p>
    <w:p>
      <w:pPr>
        <w:pStyle w:val="ListBullet"/>
      </w:pPr>
      <w:r>
        <w:t>Each status, date, number, name, approval, and commitment matches a source note.</w:t>
      </w:r>
    </w:p>
    <w:p>
      <w:pPr>
        <w:pStyle w:val="ListBullet"/>
      </w:pPr>
      <w:r>
        <w:t>The export checks and unresolved import error remain separate.</w:t>
      </w:r>
    </w:p>
    <w:p>
      <w:pPr>
        <w:pStyle w:val="ListBullet"/>
      </w:pPr>
      <w:r>
        <w:t>October 30 remains a proposed launch date.</w:t>
      </w:r>
    </w:p>
    <w:p>
      <w:pPr>
        <w:pStyle w:val="ListBullet"/>
      </w:pPr>
      <w:r>
        <w:t>Ana is assigned to send the draft. The help-page owner is still unassigned.</w:t>
      </w:r>
    </w:p>
    <w:p>
      <w:pPr>
        <w:pStyle w:val="ListBullet"/>
      </w:pPr>
      <w:r>
        <w:t>Missing information becomes a question rather than a guess.</w:t>
      </w:r>
    </w:p>
    <w:p>
      <w:pPr>
        <w:pStyle w:val="Heading2"/>
      </w:pPr>
      <w:r>
        <w:t>Worked answer</w:t>
      </w:r>
    </w:p>
    <w:p>
      <w:r>
        <w:rPr>
          <w:b/>
        </w:rPr>
        <w:t xml:space="preserve">Status: </w:t>
      </w:r>
      <w:r>
        <w:t>The landing-page draft is complete, but client approval has not arrived [S1].</w:t>
      </w:r>
    </w:p>
    <w:p>
      <w:r>
        <w:rPr>
          <w:b/>
        </w:rPr>
        <w:t xml:space="preserve">Next action: </w:t>
      </w:r>
      <w:r>
        <w:t>Ana is listed to send the draft to the client on Tuesday, October 27, 2026 [S2].</w:t>
      </w:r>
    </w:p>
    <w:p>
      <w:r>
        <w:rPr>
          <w:b/>
        </w:rPr>
        <w:t xml:space="preserve">Still open: </w:t>
      </w:r>
      <w:r>
        <w:t>The spreadsheet export passed three sample checks, but the next-system import error remains unresolved [S3].</w:t>
      </w:r>
    </w:p>
    <w:p>
      <w:r>
        <w:rPr>
          <w:b/>
        </w:rPr>
        <w:t xml:space="preserve">Proposed date: </w:t>
      </w:r>
      <w:r>
        <w:t>Friday, October 30 is a launch target that has not been confirmed [S4].</w:t>
      </w:r>
    </w:p>
    <w:p>
      <w:r>
        <w:rPr>
          <w:b/>
        </w:rPr>
        <w:t xml:space="preserve">Ownership: </w:t>
      </w:r>
      <w:r>
        <w:t>The help page has no assigned owner [S5].</w:t>
      </w:r>
    </w:p>
    <w:p>
      <w:r>
        <w:rPr>
          <w:b/>
        </w:rPr>
        <w:t xml:space="preserve">Questions: </w:t>
      </w:r>
      <w:r>
        <w:t>Who owns the import issue [S3]? Who will take the help page [S5]? Can the team confirm the proposed launch date [S4]?</w:t>
      </w:r>
    </w:p>
    <w:p>
      <w:pPr>
        <w:pStyle w:val="Heading2"/>
      </w:pPr>
      <w:r>
        <w:t>Use it for your next project</w:t>
      </w:r>
    </w:p>
    <w:p>
      <w:r>
        <w:t>Make a fresh copy and replace the example notes with your own. Keep a source beside each important statement while you review it. Before sharing, make sure the update shows what is complete, what remains open, who owns the next actions, and which decisions still need an owner.</w:t>
      </w:r>
    </w:p>
    <w:p>
      <w:r>
        <w:t>Use tools approved for the information you plan to share.</w:t>
      </w:r>
    </w:p>
    <w:sectPr w:rsidR="00FC693F" w:rsidRPr="0006063C" w:rsidSect="00034616">
      <w:footerReference w:type="default" r:id="rId9"/>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8"/>
      </w:rPr>
      <w:t xml:space="preserve">keithstaggers.com  |  Weekly project update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project update worksheet</dc:title>
  <dc:subject>Practice drafting and checking a weekly project update</dc:subject>
  <dc:creator>Keith Staggers</dc:creator>
  <cp:keywords>weekly status update, worksheet, source checking</cp:keywords>
  <dc:description/>
  <cp:lastModifiedBy/>
  <cp:revision>1</cp:revision>
  <dcterms:created xsi:type="dcterms:W3CDTF">2013-12-23T23:15:00Z</dcterms:created>
  <dcterms:modified xsi:type="dcterms:W3CDTF">2013-12-23T23:15:00Z</dcterms:modified>
  <cp:category/>
</cp:coreProperties>
</file>